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45576" w14:textId="46AF9855" w:rsidR="003C2315" w:rsidRDefault="00441864">
      <w:pPr>
        <w:spacing w:after="100"/>
        <w:jc w:val="center"/>
        <w:rPr>
          <w:lang w:eastAsia="zh-TW"/>
        </w:rPr>
      </w:pPr>
      <w:r>
        <w:rPr>
          <w:b/>
          <w:noProof/>
          <w:sz w:val="31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73D563" wp14:editId="4A1E2BDB">
                <wp:simplePos x="0" y="0"/>
                <wp:positionH relativeFrom="column">
                  <wp:posOffset>5794375</wp:posOffset>
                </wp:positionH>
                <wp:positionV relativeFrom="paragraph">
                  <wp:posOffset>-33655</wp:posOffset>
                </wp:positionV>
                <wp:extent cx="619125" cy="361950"/>
                <wp:effectExtent l="0" t="0" r="28575" b="1905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F6FAC3" w14:textId="4340D342" w:rsidR="00441864" w:rsidRDefault="0044186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73D56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6.25pt;margin-top:-2.65pt;width:48.7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" fillcolor="white [3201]" strokeweight=".5pt">
                <v:textbox>
                  <w:txbxContent>
                    <w:p w14:paraId="00F6FAC3" w14:textId="4340D342" w:rsidR="00441864" w:rsidRDefault="0044186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1"/>
          <w:lang w:eastAsia="zh-TW"/>
        </w:rPr>
        <w:t>國立臺灣藝術大學</w:t>
      </w:r>
    </w:p>
    <w:p w14:paraId="7FAF5B9E" w14:textId="77777777" w:rsidR="003C2315" w:rsidRPr="00441864" w:rsidRDefault="00000000">
      <w:pPr>
        <w:spacing w:after="180"/>
        <w:jc w:val="center"/>
        <w:rPr>
          <w:b/>
          <w:sz w:val="26"/>
          <w:lang w:eastAsia="zh-TW"/>
        </w:rPr>
      </w:pPr>
      <w:proofErr w:type="gramStart"/>
      <w:r w:rsidRPr="00441864">
        <w:rPr>
          <w:b/>
          <w:sz w:val="26"/>
          <w:lang w:eastAsia="zh-TW"/>
        </w:rPr>
        <w:t>115</w:t>
      </w:r>
      <w:proofErr w:type="gramEnd"/>
      <w:r w:rsidRPr="00441864">
        <w:rPr>
          <w:b/>
          <w:sz w:val="26"/>
          <w:lang w:eastAsia="zh-TW"/>
        </w:rPr>
        <w:t>年度獎勵學生考取專業證照－學生證影本</w:t>
      </w:r>
    </w:p>
    <w:p w14:paraId="6E7C04BE" w14:textId="77777777" w:rsidR="00B577DA" w:rsidRDefault="00B577DA">
      <w:pPr>
        <w:spacing w:after="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0DE75292" w14:textId="77777777">
        <w:trPr>
          <w:trHeight w:hRule="exact" w:val="8901"/>
          <w:jc w:val="center"/>
        </w:trPr>
        <w:tc>
          <w:tcPr>
            <w:tcW w:w="102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79A018E0" w14:textId="12211D3D" w:rsidR="003C2315" w:rsidRDefault="00441864">
            <w:pPr>
              <w:jc w:val="center"/>
              <w:rPr>
                <w:lang w:eastAsia="zh-TW"/>
              </w:rPr>
            </w:pPr>
            <w:proofErr w:type="spellStart"/>
            <w:r>
              <w:rPr>
                <w:color w:val="B9B9B9"/>
                <w:sz w:val="30"/>
              </w:rPr>
              <w:t>電子檔</w:t>
            </w:r>
            <w:proofErr w:type="spellEnd"/>
          </w:p>
        </w:tc>
      </w:tr>
    </w:tbl>
    <w:p w14:paraId="7E5774FD" w14:textId="77777777" w:rsidR="003C2315" w:rsidRDefault="00000000">
      <w:pPr>
        <w:rPr>
          <w:lang w:eastAsia="zh-TW"/>
        </w:rPr>
      </w:pPr>
      <w:r>
        <w:rPr>
          <w:lang w:eastAsia="zh-TW"/>
        </w:rPr>
        <w:br w:type="page"/>
      </w:r>
    </w:p>
    <w:p w14:paraId="003BAAD2" w14:textId="24D701B5" w:rsidR="003C2315" w:rsidRDefault="00441864">
      <w:pPr>
        <w:spacing w:after="100"/>
        <w:jc w:val="center"/>
      </w:pPr>
      <w:r>
        <w:rPr>
          <w:b/>
          <w:noProof/>
          <w:sz w:val="31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694283" wp14:editId="4869DD87">
                <wp:simplePos x="0" y="0"/>
                <wp:positionH relativeFrom="column">
                  <wp:posOffset>5829300</wp:posOffset>
                </wp:positionH>
                <wp:positionV relativeFrom="paragraph">
                  <wp:posOffset>9525</wp:posOffset>
                </wp:positionV>
                <wp:extent cx="619125" cy="361950"/>
                <wp:effectExtent l="0" t="0" r="28575" b="1905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8E237C" w14:textId="09FE12AB" w:rsidR="00441864" w:rsidRDefault="00441864" w:rsidP="0044186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694283" id="文字方塊 3" o:spid="_x0000_s1027" type="#_x0000_t202" style="position:absolute;left:0;text-align:left;margin-left:459pt;margin-top:.75pt;width:48.75pt;height:28.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" fillcolor="white [3201]" strokeweight=".5pt">
                <v:textbox>
                  <w:txbxContent>
                    <w:p w14:paraId="488E237C" w14:textId="09FE12AB" w:rsidR="00441864" w:rsidRDefault="00441864" w:rsidP="0044186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b/>
          <w:sz w:val="31"/>
        </w:rPr>
        <w:t>國立臺灣藝術大學</w:t>
      </w:r>
      <w:proofErr w:type="spellEnd"/>
    </w:p>
    <w:p w14:paraId="0C14D771" w14:textId="77777777" w:rsidR="003C2315" w:rsidRDefault="00000000">
      <w:pPr>
        <w:spacing w:after="180"/>
        <w:jc w:val="center"/>
        <w:rPr>
          <w:lang w:eastAsia="zh-TW"/>
        </w:rPr>
      </w:pPr>
      <w:proofErr w:type="gramStart"/>
      <w:r>
        <w:rPr>
          <w:b/>
          <w:sz w:val="26"/>
          <w:lang w:eastAsia="zh-TW"/>
        </w:rPr>
        <w:t>115</w:t>
      </w:r>
      <w:proofErr w:type="gramEnd"/>
      <w:r>
        <w:rPr>
          <w:b/>
          <w:sz w:val="26"/>
          <w:lang w:eastAsia="zh-TW"/>
        </w:rPr>
        <w:t>年度獎勵學生考取專業證照－專業證照影本</w:t>
      </w:r>
    </w:p>
    <w:p w14:paraId="40352F33" w14:textId="77777777" w:rsidR="003C2315" w:rsidRDefault="003C2315">
      <w:pPr>
        <w:spacing w:after="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3A218B72" w14:textId="77777777">
        <w:trPr>
          <w:trHeight w:hRule="exact" w:val="8901"/>
          <w:jc w:val="center"/>
        </w:trPr>
        <w:tc>
          <w:tcPr>
            <w:tcW w:w="102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53608D82" w14:textId="77777777" w:rsidR="003C2315" w:rsidRDefault="00000000">
            <w:pPr>
              <w:jc w:val="center"/>
            </w:pPr>
            <w:proofErr w:type="spellStart"/>
            <w:r>
              <w:rPr>
                <w:color w:val="B9B9B9"/>
                <w:sz w:val="30"/>
              </w:rPr>
              <w:t>電子檔</w:t>
            </w:r>
            <w:proofErr w:type="spellEnd"/>
          </w:p>
        </w:tc>
      </w:tr>
    </w:tbl>
    <w:p w14:paraId="3DA03615" w14:textId="0C1B4E22" w:rsidR="003C2315" w:rsidRDefault="00000000">
      <w:pPr>
        <w:rPr>
          <w:lang w:eastAsia="zh-TW"/>
        </w:rPr>
      </w:pPr>
      <w:r>
        <w:br w:type="page"/>
      </w:r>
    </w:p>
    <w:p w14:paraId="17D93F89" w14:textId="65A70ABF" w:rsidR="003C2315" w:rsidRDefault="00441864">
      <w:pPr>
        <w:spacing w:after="100"/>
        <w:jc w:val="center"/>
      </w:pPr>
      <w:r>
        <w:rPr>
          <w:b/>
          <w:noProof/>
          <w:sz w:val="31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543945" wp14:editId="2B475C9F">
                <wp:simplePos x="0" y="0"/>
                <wp:positionH relativeFrom="column">
                  <wp:posOffset>5829300</wp:posOffset>
                </wp:positionH>
                <wp:positionV relativeFrom="paragraph">
                  <wp:posOffset>-57150</wp:posOffset>
                </wp:positionV>
                <wp:extent cx="619125" cy="361950"/>
                <wp:effectExtent l="0" t="0" r="28575" b="1905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644F33" w14:textId="20021426" w:rsidR="00441864" w:rsidRDefault="00441864" w:rsidP="0044186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543945" id="文字方塊 5" o:spid="_x0000_s1028" type="#_x0000_t202" style="position:absolute;left:0;text-align:left;margin-left:459pt;margin-top:-4.5pt;width:48.75pt;height:28.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" fillcolor="white [3201]" strokeweight=".5pt">
                <v:textbox>
                  <w:txbxContent>
                    <w:p w14:paraId="20644F33" w14:textId="20021426" w:rsidR="00441864" w:rsidRDefault="00441864" w:rsidP="0044186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b/>
          <w:sz w:val="31"/>
        </w:rPr>
        <w:t>國立臺灣藝術大學</w:t>
      </w:r>
      <w:proofErr w:type="spellEnd"/>
    </w:p>
    <w:p w14:paraId="046735A0" w14:textId="77777777" w:rsidR="003C2315" w:rsidRDefault="00000000">
      <w:pPr>
        <w:spacing w:after="180"/>
        <w:jc w:val="center"/>
        <w:rPr>
          <w:lang w:eastAsia="zh-TW"/>
        </w:rPr>
      </w:pPr>
      <w:proofErr w:type="gramStart"/>
      <w:r>
        <w:rPr>
          <w:b/>
          <w:sz w:val="26"/>
          <w:lang w:eastAsia="zh-TW"/>
        </w:rPr>
        <w:t>115</w:t>
      </w:r>
      <w:proofErr w:type="gramEnd"/>
      <w:r>
        <w:rPr>
          <w:b/>
          <w:sz w:val="26"/>
          <w:lang w:eastAsia="zh-TW"/>
        </w:rPr>
        <w:t>年度獎勵學生考取專業證照－獎懲紀錄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1DF1DD3A" w14:textId="77777777">
        <w:trPr>
          <w:jc w:val="center"/>
        </w:trPr>
        <w:tc>
          <w:tcPr>
            <w:tcW w:w="10206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F4F4F4"/>
            <w:tcMar>
              <w:top w:w="125" w:type="dxa"/>
              <w:left w:w="155" w:type="dxa"/>
              <w:bottom w:w="125" w:type="dxa"/>
              <w:right w:w="155" w:type="dxa"/>
            </w:tcMar>
          </w:tcPr>
          <w:p w14:paraId="06810036" w14:textId="731ECF35" w:rsidR="003C2315" w:rsidRDefault="00000000">
            <w:pPr>
              <w:spacing w:after="0"/>
              <w:rPr>
                <w:lang w:eastAsia="zh-TW"/>
              </w:rPr>
            </w:pPr>
            <w:r>
              <w:rPr>
                <w:color w:val="AA2828"/>
                <w:sz w:val="21"/>
                <w:lang w:eastAsia="zh-TW"/>
              </w:rPr>
              <w:t>請檢附114學年度第1、2學期獎懲紀錄電子檔</w:t>
            </w:r>
          </w:p>
        </w:tc>
      </w:tr>
    </w:tbl>
    <w:p w14:paraId="62C0CA18" w14:textId="77777777" w:rsidR="003C2315" w:rsidRDefault="003C2315">
      <w:pPr>
        <w:spacing w:after="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757CC423" w14:textId="77777777">
        <w:trPr>
          <w:trHeight w:hRule="exact" w:val="8901"/>
          <w:jc w:val="center"/>
        </w:trPr>
        <w:tc>
          <w:tcPr>
            <w:tcW w:w="102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14:paraId="1915D443" w14:textId="77777777" w:rsidR="003C2315" w:rsidRDefault="00000000">
            <w:pPr>
              <w:jc w:val="center"/>
            </w:pPr>
            <w:proofErr w:type="spellStart"/>
            <w:r>
              <w:rPr>
                <w:color w:val="B9B9B9"/>
                <w:sz w:val="30"/>
              </w:rPr>
              <w:t>電子檔</w:t>
            </w:r>
            <w:proofErr w:type="spellEnd"/>
          </w:p>
        </w:tc>
      </w:tr>
    </w:tbl>
    <w:p w14:paraId="4E7D5C97" w14:textId="77777777" w:rsidR="003C2315" w:rsidRDefault="00000000">
      <w:r>
        <w:br w:type="page"/>
      </w:r>
    </w:p>
    <w:p w14:paraId="54ED49CB" w14:textId="7F580E8C" w:rsidR="003C2315" w:rsidRDefault="00441864">
      <w:pPr>
        <w:spacing w:after="100"/>
        <w:jc w:val="center"/>
      </w:pPr>
      <w:r>
        <w:rPr>
          <w:b/>
          <w:noProof/>
          <w:sz w:val="31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330598" wp14:editId="05170264">
                <wp:simplePos x="0" y="0"/>
                <wp:positionH relativeFrom="column">
                  <wp:posOffset>5810250</wp:posOffset>
                </wp:positionH>
                <wp:positionV relativeFrom="paragraph">
                  <wp:posOffset>9525</wp:posOffset>
                </wp:positionV>
                <wp:extent cx="619125" cy="361950"/>
                <wp:effectExtent l="0" t="0" r="28575" b="1905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8FFD3" w14:textId="433B2254" w:rsidR="00441864" w:rsidRDefault="00441864" w:rsidP="0044186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附件4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330598" id="文字方塊 6" o:spid="_x0000_s1029" type="#_x0000_t202" style="position:absolute;left:0;text-align:left;margin-left:457.5pt;margin-top:.75pt;width:48.75pt;height:28.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" fillcolor="white [3201]" strokeweight=".5pt">
                <v:textbox>
                  <w:txbxContent>
                    <w:p w14:paraId="6BB8FFD3" w14:textId="433B2254" w:rsidR="00441864" w:rsidRDefault="00441864" w:rsidP="0044186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附件4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b/>
          <w:sz w:val="31"/>
        </w:rPr>
        <w:t>國立臺灣藝術大學</w:t>
      </w:r>
      <w:proofErr w:type="spellEnd"/>
    </w:p>
    <w:p w14:paraId="2E34E1D0" w14:textId="77777777" w:rsidR="003C2315" w:rsidRDefault="00000000">
      <w:pPr>
        <w:spacing w:after="180"/>
        <w:jc w:val="center"/>
        <w:rPr>
          <w:lang w:eastAsia="zh-TW"/>
        </w:rPr>
      </w:pPr>
      <w:proofErr w:type="gramStart"/>
      <w:r>
        <w:rPr>
          <w:b/>
          <w:sz w:val="26"/>
          <w:lang w:eastAsia="zh-TW"/>
        </w:rPr>
        <w:t>115</w:t>
      </w:r>
      <w:proofErr w:type="gramEnd"/>
      <w:r>
        <w:rPr>
          <w:b/>
          <w:sz w:val="26"/>
          <w:lang w:eastAsia="zh-TW"/>
        </w:rPr>
        <w:t>年度獎勵學生考取專業</w:t>
      </w:r>
      <w:proofErr w:type="gramStart"/>
      <w:r>
        <w:rPr>
          <w:b/>
          <w:sz w:val="26"/>
          <w:lang w:eastAsia="zh-TW"/>
        </w:rPr>
        <w:t>證照－考照</w:t>
      </w:r>
      <w:proofErr w:type="gramEnd"/>
      <w:r>
        <w:rPr>
          <w:b/>
          <w:sz w:val="26"/>
          <w:lang w:eastAsia="zh-TW"/>
        </w:rPr>
        <w:t>心得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9"/>
        <w:gridCol w:w="2948"/>
        <w:gridCol w:w="2155"/>
        <w:gridCol w:w="2890"/>
      </w:tblGrid>
      <w:tr w:rsidR="003C2315" w14:paraId="5CCAAEF1" w14:textId="77777777" w:rsidTr="00B577DA">
        <w:trPr>
          <w:jc w:val="center"/>
        </w:trPr>
        <w:tc>
          <w:tcPr>
            <w:tcW w:w="2099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shd w:val="clear" w:color="auto" w:fill="EFEF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C7C613" w14:textId="77777777" w:rsidR="003C2315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姓名</w:t>
            </w:r>
            <w:proofErr w:type="spellEnd"/>
          </w:p>
        </w:tc>
        <w:tc>
          <w:tcPr>
            <w:tcW w:w="2948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694C1" w14:textId="77777777" w:rsidR="003C2315" w:rsidRDefault="003C2315"/>
        </w:tc>
        <w:tc>
          <w:tcPr>
            <w:tcW w:w="2155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shd w:val="clear" w:color="auto" w:fill="EFEF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857F62" w14:textId="7AFEAE9D" w:rsidR="003C2315" w:rsidRDefault="00441864">
            <w:pPr>
              <w:jc w:val="center"/>
              <w:rPr>
                <w:lang w:eastAsia="zh-TW"/>
              </w:rPr>
            </w:pPr>
            <w:r w:rsidRPr="00441864">
              <w:rPr>
                <w:rFonts w:hint="eastAsia"/>
                <w:b/>
                <w:sz w:val="20"/>
                <w:lang w:eastAsia="zh-TW"/>
              </w:rPr>
              <w:t>學制／系所／年級</w:t>
            </w:r>
          </w:p>
        </w:tc>
        <w:tc>
          <w:tcPr>
            <w:tcW w:w="2890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74D98C" w14:textId="77777777" w:rsidR="003C2315" w:rsidRDefault="003C2315"/>
        </w:tc>
      </w:tr>
      <w:tr w:rsidR="003C2315" w14:paraId="303ACF2C" w14:textId="77777777" w:rsidTr="00B577DA">
        <w:trPr>
          <w:jc w:val="center"/>
        </w:trPr>
        <w:tc>
          <w:tcPr>
            <w:tcW w:w="2099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shd w:val="clear" w:color="auto" w:fill="EFEF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A640A5" w14:textId="77777777" w:rsidR="003C2315" w:rsidRDefault="00000000">
            <w:pPr>
              <w:jc w:val="center"/>
            </w:pPr>
            <w:r>
              <w:rPr>
                <w:b/>
                <w:sz w:val="20"/>
              </w:rPr>
              <w:t>證照／考試名稱</w:t>
            </w:r>
          </w:p>
        </w:tc>
        <w:tc>
          <w:tcPr>
            <w:tcW w:w="2948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0AE5C4" w14:textId="77777777" w:rsidR="003C2315" w:rsidRDefault="003C2315"/>
        </w:tc>
        <w:tc>
          <w:tcPr>
            <w:tcW w:w="2155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shd w:val="clear" w:color="auto" w:fill="EFEFE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1D524B" w14:textId="77777777" w:rsidR="003C2315" w:rsidRDefault="00000000">
            <w:pPr>
              <w:jc w:val="center"/>
            </w:pPr>
            <w:r>
              <w:rPr>
                <w:b/>
                <w:sz w:val="20"/>
              </w:rPr>
              <w:t>證照原訂級別／等級</w:t>
            </w:r>
          </w:p>
        </w:tc>
        <w:tc>
          <w:tcPr>
            <w:tcW w:w="2890" w:type="dxa"/>
            <w:tcBorders>
              <w:top w:val="single" w:sz="7" w:space="0" w:color="8A8A8A"/>
              <w:left w:val="single" w:sz="7" w:space="0" w:color="8A8A8A"/>
              <w:bottom w:val="single" w:sz="7" w:space="0" w:color="8A8A8A"/>
              <w:right w:val="single" w:sz="7" w:space="0" w:color="8A8A8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EAC2AB" w14:textId="77777777" w:rsidR="003C2315" w:rsidRDefault="003C2315"/>
        </w:tc>
      </w:tr>
    </w:tbl>
    <w:p w14:paraId="5B2A9589" w14:textId="77777777" w:rsidR="003C2315" w:rsidRDefault="003C2315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1E505BD9" w14:textId="77777777">
        <w:trPr>
          <w:jc w:val="center"/>
        </w:trPr>
        <w:tc>
          <w:tcPr>
            <w:tcW w:w="10206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F4F4F4"/>
            <w:tcMar>
              <w:top w:w="125" w:type="dxa"/>
              <w:left w:w="155" w:type="dxa"/>
              <w:bottom w:w="125" w:type="dxa"/>
              <w:right w:w="155" w:type="dxa"/>
            </w:tcMar>
          </w:tcPr>
          <w:p w14:paraId="0BB79EB6" w14:textId="0B585E21" w:rsidR="003C2315" w:rsidRDefault="000D3BB1">
            <w:pPr>
              <w:spacing w:after="0"/>
              <w:rPr>
                <w:lang w:eastAsia="zh-TW"/>
              </w:rPr>
            </w:pPr>
            <w:r w:rsidRPr="000D3BB1">
              <w:rPr>
                <w:rFonts w:hint="eastAsia"/>
                <w:color w:val="AA2828"/>
                <w:sz w:val="21"/>
                <w:lang w:eastAsia="zh-TW"/>
              </w:rPr>
              <w:t>請簡述考取證照之準備歷程與考試心得，並說明取得證照對個人專業學習、實務能力及未來職</w:t>
            </w:r>
            <w:proofErr w:type="gramStart"/>
            <w:r w:rsidRPr="000D3BB1">
              <w:rPr>
                <w:rFonts w:hint="eastAsia"/>
                <w:color w:val="AA2828"/>
                <w:sz w:val="21"/>
                <w:lang w:eastAsia="zh-TW"/>
              </w:rPr>
              <w:t>涯</w:t>
            </w:r>
            <w:proofErr w:type="gramEnd"/>
            <w:r w:rsidRPr="000D3BB1">
              <w:rPr>
                <w:rFonts w:hint="eastAsia"/>
                <w:color w:val="AA2828"/>
                <w:sz w:val="21"/>
                <w:lang w:eastAsia="zh-TW"/>
              </w:rPr>
              <w:t>發展之助益（約</w:t>
            </w:r>
            <w:r w:rsidRPr="000D3BB1">
              <w:rPr>
                <w:color w:val="AA2828"/>
                <w:sz w:val="21"/>
                <w:lang w:eastAsia="zh-TW"/>
              </w:rPr>
              <w:t>200字）</w:t>
            </w:r>
            <w:r>
              <w:rPr>
                <w:color w:val="AA2828"/>
                <w:sz w:val="21"/>
                <w:lang w:eastAsia="zh-TW"/>
              </w:rPr>
              <w:t>。</w:t>
            </w:r>
          </w:p>
        </w:tc>
      </w:tr>
    </w:tbl>
    <w:p w14:paraId="0BE0625C" w14:textId="77777777" w:rsidR="003C2315" w:rsidRPr="00B577DA" w:rsidRDefault="003C2315">
      <w:pPr>
        <w:spacing w:after="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3C2315" w14:paraId="7DCE2F6D" w14:textId="77777777">
        <w:trPr>
          <w:trHeight w:hRule="exact" w:val="6917"/>
          <w:jc w:val="center"/>
        </w:trPr>
        <w:tc>
          <w:tcPr>
            <w:tcW w:w="102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2A24AF" w14:textId="39AD1119" w:rsidR="003C2315" w:rsidRDefault="00000000">
            <w:pPr>
              <w:rPr>
                <w:lang w:eastAsia="zh-TW"/>
              </w:rPr>
            </w:pPr>
            <w:proofErr w:type="spellStart"/>
            <w:r>
              <w:rPr>
                <w:b/>
                <w:sz w:val="21"/>
              </w:rPr>
              <w:t>考照心得</w:t>
            </w:r>
            <w:proofErr w:type="spellEnd"/>
            <w:r>
              <w:rPr>
                <w:b/>
                <w:sz w:val="21"/>
              </w:rPr>
              <w:t>：</w:t>
            </w:r>
          </w:p>
        </w:tc>
      </w:tr>
    </w:tbl>
    <w:p w14:paraId="69FE7157" w14:textId="77777777" w:rsidR="00DB0984" w:rsidRDefault="00DB0984"/>
    <w:sectPr w:rsidR="00DB0984" w:rsidSect="00034616">
      <w:headerReference w:type="default" r:id="rId8"/>
      <w:footerReference w:type="default" r:id="rId9"/>
      <w:pgSz w:w="11906" w:h="16838"/>
      <w:pgMar w:top="1077" w:right="850" w:bottom="737" w:left="850" w:header="142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03351" w14:textId="77777777" w:rsidR="001C4643" w:rsidRDefault="001C4643">
      <w:pPr>
        <w:spacing w:after="0" w:line="240" w:lineRule="auto"/>
      </w:pPr>
      <w:r>
        <w:separator/>
      </w:r>
    </w:p>
  </w:endnote>
  <w:endnote w:type="continuationSeparator" w:id="0">
    <w:p w14:paraId="32DF9D3B" w14:textId="77777777" w:rsidR="001C4643" w:rsidRDefault="001C4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186A" w14:textId="77777777" w:rsidR="003C2315" w:rsidRDefault="003C231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99B2C" w14:textId="77777777" w:rsidR="001C4643" w:rsidRDefault="001C4643">
      <w:pPr>
        <w:spacing w:after="0" w:line="240" w:lineRule="auto"/>
      </w:pPr>
      <w:r>
        <w:separator/>
      </w:r>
    </w:p>
  </w:footnote>
  <w:footnote w:type="continuationSeparator" w:id="0">
    <w:p w14:paraId="67263484" w14:textId="77777777" w:rsidR="001C4643" w:rsidRDefault="001C4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84D18" w14:textId="77777777" w:rsidR="003C2315" w:rsidRDefault="00000000">
    <w:pPr>
      <w:pStyle w:val="a5"/>
    </w:pPr>
    <w:r>
      <w:rPr>
        <w:noProof/>
      </w:rPr>
      <w:drawing>
        <wp:inline distT="0" distB="0" distL="0" distR="0" wp14:anchorId="4BFD0928" wp14:editId="39BD7C6A">
          <wp:extent cx="1564124" cy="828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0149" cy="831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893534">
    <w:abstractNumId w:val="8"/>
  </w:num>
  <w:num w:numId="2" w16cid:durableId="522284593">
    <w:abstractNumId w:val="6"/>
  </w:num>
  <w:num w:numId="3" w16cid:durableId="999579071">
    <w:abstractNumId w:val="5"/>
  </w:num>
  <w:num w:numId="4" w16cid:durableId="308753341">
    <w:abstractNumId w:val="4"/>
  </w:num>
  <w:num w:numId="5" w16cid:durableId="67269051">
    <w:abstractNumId w:val="7"/>
  </w:num>
  <w:num w:numId="6" w16cid:durableId="712656819">
    <w:abstractNumId w:val="3"/>
  </w:num>
  <w:num w:numId="7" w16cid:durableId="415174985">
    <w:abstractNumId w:val="2"/>
  </w:num>
  <w:num w:numId="8" w16cid:durableId="1451899811">
    <w:abstractNumId w:val="1"/>
  </w:num>
  <w:num w:numId="9" w16cid:durableId="37566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BB1"/>
    <w:rsid w:val="0015074B"/>
    <w:rsid w:val="001C4643"/>
    <w:rsid w:val="0029639D"/>
    <w:rsid w:val="00326F90"/>
    <w:rsid w:val="003C2315"/>
    <w:rsid w:val="00441864"/>
    <w:rsid w:val="006C01F6"/>
    <w:rsid w:val="007C21DC"/>
    <w:rsid w:val="00AA1D8D"/>
    <w:rsid w:val="00B47730"/>
    <w:rsid w:val="00B577DA"/>
    <w:rsid w:val="00BD1C22"/>
    <w:rsid w:val="00CB0664"/>
    <w:rsid w:val="00DB09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6AF756"/>
  <w14:defaultImageDpi w14:val="300"/>
  <w15:docId w15:val="{DF58B54C-4EB4-4A11-9642-828086AB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88" w:lineRule="auto"/>
    </w:pPr>
    <w:rPr>
      <w:rFonts w:ascii="標楷體" w:eastAsia="標楷體" w:hAnsi="標楷體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  <w:rPr>
      <w:rFonts w:ascii="標楷體" w:eastAsia="標楷體" w:hAnsi="標楷體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  <w:rPr>
      <w:rFonts w:ascii="標楷體" w:eastAsia="標楷體" w:hAnsi="標楷體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標楷體" w:eastAsia="標楷體" w:hAnsi="標楷體"/>
    </w:r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  <w:rPr>
      <w:rFonts w:ascii="標楷體" w:eastAsia="標楷體" w:hAnsi="標楷體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  <w:rPr>
      <w:rFonts w:ascii="標楷體" w:eastAsia="標楷體" w:hAnsi="標楷體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rFonts w:ascii="標楷體" w:eastAsia="標楷體" w:hAnsi="標楷體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標楷體" w:eastAsia="標楷體" w:hAnsi="標楷體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標楷體" w:eastAsia="標楷體" w:hAnsi="標楷體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rFonts w:ascii="標楷體" w:eastAsia="標楷體" w:hAnsi="標楷體"/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標楷體" w:eastAsia="標楷體" w:hAnsi="標楷體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標楷體" w:eastAsia="標楷體" w:hAnsi="標楷體"/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rFonts w:ascii="標楷體" w:eastAsia="標楷體" w:hAnsi="標楷體"/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rFonts w:ascii="標楷體" w:eastAsia="標楷體" w:hAnsi="標楷體"/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rFonts w:ascii="標楷體" w:eastAsia="標楷體" w:hAnsi="標楷體"/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rFonts w:ascii="標楷體" w:eastAsia="標楷體" w:hAnsi="標楷體"/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標楷體" w:eastAsia="標楷體" w:hAnsi="標楷體"/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標楷體" w:eastAsia="標楷體" w:hAnsi="標楷體"/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標楷體" w:eastAsia="標楷體" w:hAnsi="標楷體"/>
    </w:rPr>
  </w:style>
  <w:style w:type="table" w:styleId="aff2">
    <w:name w:val="Table Grid"/>
    <w:basedOn w:val="a3"/>
    <w:uiPriority w:val="59"/>
    <w:rsid w:val="00FC693F"/>
    <w:pPr>
      <w:spacing w:after="0" w:line="240" w:lineRule="auto"/>
    </w:pPr>
    <w:rPr>
      <w:rFonts w:ascii="標楷體" w:eastAsia="標楷體" w:hAnsi="標楷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標楷體" w:eastAsia="標楷體" w:hAnsi="標楷體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標楷體" w:eastAsia="標楷體" w:hAnsi="標楷體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標楷體" w:eastAsia="標楷體" w:hAnsi="標楷體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標楷體" w:eastAsia="標楷體" w:hAnsi="標楷體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林婉親</cp:lastModifiedBy>
  <cp:revision>4</cp:revision>
  <dcterms:created xsi:type="dcterms:W3CDTF">2013-12-23T23:15:00Z</dcterms:created>
  <dcterms:modified xsi:type="dcterms:W3CDTF">2026-09-17T01:31:00Z</dcterms:modified>
  <cp:category/>
</cp:coreProperties>
</file>