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7F5BF" w14:textId="77777777" w:rsidR="007561A3" w:rsidRPr="00F639D6" w:rsidRDefault="00000000">
      <w:pPr>
        <w:spacing w:after="40" w:line="240" w:lineRule="auto"/>
        <w:jc w:val="center"/>
        <w:rPr>
          <w:rFonts w:ascii="標楷體" w:eastAsia="標楷體" w:hAnsi="標楷體"/>
          <w:sz w:val="28"/>
          <w:szCs w:val="28"/>
          <w:lang w:eastAsia="zh-TW"/>
        </w:rPr>
      </w:pPr>
      <w:r w:rsidRPr="00F639D6">
        <w:rPr>
          <w:rFonts w:ascii="標楷體" w:eastAsia="標楷體" w:hAnsi="標楷體"/>
          <w:b/>
          <w:color w:val="172B3A"/>
          <w:sz w:val="28"/>
          <w:szCs w:val="28"/>
          <w:lang w:eastAsia="zh-TW"/>
        </w:rPr>
        <w:t>國立臺灣藝術大學</w:t>
      </w:r>
    </w:p>
    <w:p w14:paraId="541B7FEB" w14:textId="06B77729" w:rsidR="007561A3" w:rsidRPr="00F639D6" w:rsidRDefault="00000000">
      <w:pPr>
        <w:spacing w:after="140" w:line="240" w:lineRule="auto"/>
        <w:jc w:val="center"/>
        <w:rPr>
          <w:rFonts w:ascii="標楷體" w:eastAsia="標楷體" w:hAnsi="標楷體"/>
          <w:sz w:val="28"/>
          <w:szCs w:val="28"/>
          <w:lang w:eastAsia="zh-TW"/>
        </w:rPr>
      </w:pPr>
      <w:r w:rsidRPr="00F639D6">
        <w:rPr>
          <w:rFonts w:ascii="標楷體" w:eastAsia="標楷體" w:hAnsi="標楷體"/>
          <w:b/>
          <w:color w:val="172B3A"/>
          <w:sz w:val="28"/>
          <w:szCs w:val="28"/>
          <w:lang w:eastAsia="zh-TW"/>
        </w:rPr>
        <w:t>獎勵學生考取專業證照申請表</w:t>
      </w:r>
    </w:p>
    <w:p w14:paraId="1085F237" w14:textId="77777777" w:rsidR="00FE5240" w:rsidRPr="00FE5240" w:rsidRDefault="00FE5240" w:rsidP="00FE5240">
      <w:pPr>
        <w:spacing w:after="100" w:line="240" w:lineRule="auto"/>
        <w:ind w:right="360"/>
        <w:rPr>
          <w:rFonts w:ascii="標楷體" w:eastAsia="標楷體" w:hAnsi="標楷體" w:hint="eastAsia"/>
          <w:color w:val="65747D"/>
          <w:sz w:val="18"/>
          <w:lang w:eastAsia="zh-T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6"/>
        <w:gridCol w:w="2976"/>
        <w:gridCol w:w="1786"/>
        <w:gridCol w:w="2976"/>
      </w:tblGrid>
      <w:tr w:rsidR="007561A3" w:rsidRPr="00F639D6" w14:paraId="62A9BE24" w14:textId="77777777" w:rsidTr="00FE5240">
        <w:trPr>
          <w:trHeight w:val="363"/>
          <w:jc w:val="center"/>
        </w:trPr>
        <w:tc>
          <w:tcPr>
            <w:tcW w:w="9524" w:type="dxa"/>
            <w:gridSpan w:val="4"/>
            <w:shd w:val="clear" w:color="auto" w:fill="F2F2F2" w:themeFill="background1" w:themeFillShade="F2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8D1C61B" w14:textId="77777777" w:rsidR="007561A3" w:rsidRPr="00F639D6" w:rsidRDefault="00000000">
            <w:pPr>
              <w:spacing w:after="0" w:line="274" w:lineRule="auto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F639D6">
              <w:rPr>
                <w:rFonts w:ascii="標楷體" w:eastAsia="標楷體" w:hAnsi="標楷體"/>
                <w:b/>
                <w:color w:val="16324F"/>
                <w:sz w:val="28"/>
                <w:szCs w:val="28"/>
              </w:rPr>
              <w:t>一、申請人基本資料</w:t>
            </w:r>
            <w:proofErr w:type="spellEnd"/>
          </w:p>
        </w:tc>
      </w:tr>
      <w:tr w:rsidR="007561A3" w:rsidRPr="00F639D6" w14:paraId="4231CB89" w14:textId="77777777" w:rsidTr="00FE5240">
        <w:trPr>
          <w:trHeight w:val="431"/>
          <w:jc w:val="center"/>
        </w:trPr>
        <w:tc>
          <w:tcPr>
            <w:tcW w:w="1786" w:type="dxa"/>
            <w:shd w:val="clear" w:color="auto" w:fill="auto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4F05E18" w14:textId="77777777" w:rsidR="007561A3" w:rsidRPr="00F639D6" w:rsidRDefault="0000000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F639D6">
              <w:rPr>
                <w:rFonts w:ascii="標楷體" w:eastAsia="標楷體" w:hAnsi="標楷體"/>
                <w:b/>
                <w:color w:val="2C3E50"/>
                <w:sz w:val="24"/>
                <w:szCs w:val="24"/>
              </w:rPr>
              <w:t>申請人姓名</w:t>
            </w:r>
          </w:p>
        </w:tc>
        <w:tc>
          <w:tcPr>
            <w:tcW w:w="2976" w:type="dxa"/>
            <w:shd w:val="clear" w:color="auto" w:fill="auto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4569197" w14:textId="77777777" w:rsidR="007561A3" w:rsidRPr="00F639D6" w:rsidRDefault="007561A3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86" w:type="dxa"/>
            <w:shd w:val="clear" w:color="auto" w:fill="auto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81C23A5" w14:textId="77777777" w:rsidR="007561A3" w:rsidRPr="00F639D6" w:rsidRDefault="0000000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F639D6">
              <w:rPr>
                <w:rFonts w:ascii="標楷體" w:eastAsia="標楷體" w:hAnsi="標楷體"/>
                <w:b/>
                <w:color w:val="2C3E50"/>
                <w:sz w:val="24"/>
                <w:szCs w:val="24"/>
              </w:rPr>
              <w:t>學號</w:t>
            </w:r>
          </w:p>
        </w:tc>
        <w:tc>
          <w:tcPr>
            <w:tcW w:w="2976" w:type="dxa"/>
            <w:shd w:val="clear" w:color="auto" w:fill="auto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A907051" w14:textId="77777777" w:rsidR="007561A3" w:rsidRPr="00F639D6" w:rsidRDefault="007561A3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7561A3" w:rsidRPr="00F639D6" w14:paraId="6A30E328" w14:textId="77777777" w:rsidTr="00FE5240">
        <w:trPr>
          <w:trHeight w:val="431"/>
          <w:jc w:val="center"/>
        </w:trPr>
        <w:tc>
          <w:tcPr>
            <w:tcW w:w="1786" w:type="dxa"/>
            <w:shd w:val="clear" w:color="auto" w:fill="auto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B5A2721" w14:textId="77777777" w:rsidR="007561A3" w:rsidRPr="00F639D6" w:rsidRDefault="0000000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F639D6">
              <w:rPr>
                <w:rFonts w:ascii="標楷體" w:eastAsia="標楷體" w:hAnsi="標楷體"/>
                <w:b/>
                <w:color w:val="2C3E50"/>
                <w:sz w:val="24"/>
                <w:szCs w:val="24"/>
              </w:rPr>
              <w:t>學制／系所／年級</w:t>
            </w:r>
          </w:p>
        </w:tc>
        <w:tc>
          <w:tcPr>
            <w:tcW w:w="2976" w:type="dxa"/>
            <w:shd w:val="clear" w:color="auto" w:fill="auto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C9BE718" w14:textId="6D0D8832" w:rsidR="007561A3" w:rsidRPr="00F639D6" w:rsidRDefault="00F639D6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639D6">
              <w:rPr>
                <w:rFonts w:ascii="標楷體" w:eastAsia="標楷體" w:hAnsi="標楷體"/>
                <w:color w:val="808080" w:themeColor="background1" w:themeShade="80"/>
                <w:sz w:val="24"/>
                <w:szCs w:val="24"/>
                <w:lang w:eastAsia="zh-TW"/>
              </w:rPr>
              <w:t>E</w:t>
            </w:r>
            <w:r w:rsidRPr="00F639D6">
              <w:rPr>
                <w:rFonts w:ascii="標楷體" w:eastAsia="標楷體" w:hAnsi="標楷體" w:hint="eastAsia"/>
                <w:color w:val="808080" w:themeColor="background1" w:themeShade="80"/>
                <w:sz w:val="24"/>
                <w:szCs w:val="24"/>
                <w:lang w:eastAsia="zh-TW"/>
              </w:rPr>
              <w:t>x:日間部古蹟藝術修護學系二年級</w:t>
            </w:r>
          </w:p>
        </w:tc>
        <w:tc>
          <w:tcPr>
            <w:tcW w:w="1786" w:type="dxa"/>
            <w:shd w:val="clear" w:color="auto" w:fill="auto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3FD4FD9" w14:textId="77777777" w:rsidR="007561A3" w:rsidRPr="00F639D6" w:rsidRDefault="0000000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F639D6">
              <w:rPr>
                <w:rFonts w:ascii="標楷體" w:eastAsia="標楷體" w:hAnsi="標楷體"/>
                <w:b/>
                <w:color w:val="2C3E50"/>
                <w:sz w:val="24"/>
                <w:szCs w:val="24"/>
              </w:rPr>
              <w:t>聯絡電話</w:t>
            </w:r>
            <w:proofErr w:type="spellEnd"/>
          </w:p>
        </w:tc>
        <w:tc>
          <w:tcPr>
            <w:tcW w:w="2976" w:type="dxa"/>
            <w:shd w:val="clear" w:color="auto" w:fill="auto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7ED004A" w14:textId="77777777" w:rsidR="007561A3" w:rsidRPr="00F639D6" w:rsidRDefault="007561A3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7561A3" w:rsidRPr="00F639D6" w14:paraId="03E35E36" w14:textId="77777777" w:rsidTr="00FE5240">
        <w:trPr>
          <w:trHeight w:val="431"/>
          <w:jc w:val="center"/>
        </w:trPr>
        <w:tc>
          <w:tcPr>
            <w:tcW w:w="1786" w:type="dxa"/>
            <w:shd w:val="clear" w:color="auto" w:fill="auto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0877249" w14:textId="77777777" w:rsidR="007561A3" w:rsidRPr="00F639D6" w:rsidRDefault="0000000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F639D6">
              <w:rPr>
                <w:rFonts w:ascii="標楷體" w:eastAsia="標楷體" w:hAnsi="標楷體"/>
                <w:b/>
                <w:color w:val="2C3E50"/>
                <w:sz w:val="24"/>
                <w:szCs w:val="24"/>
              </w:rPr>
              <w:t>電子信箱</w:t>
            </w:r>
          </w:p>
        </w:tc>
        <w:tc>
          <w:tcPr>
            <w:tcW w:w="2976" w:type="dxa"/>
            <w:shd w:val="clear" w:color="auto" w:fill="auto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73844EC" w14:textId="77777777" w:rsidR="007561A3" w:rsidRPr="00F639D6" w:rsidRDefault="007561A3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786" w:type="dxa"/>
            <w:shd w:val="clear" w:color="auto" w:fill="auto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4B8C283" w14:textId="77777777" w:rsidR="007561A3" w:rsidRPr="00F639D6" w:rsidRDefault="0000000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F639D6">
              <w:rPr>
                <w:rFonts w:ascii="標楷體" w:eastAsia="標楷體" w:hAnsi="標楷體"/>
                <w:b/>
                <w:color w:val="2C3E50"/>
                <w:sz w:val="24"/>
                <w:szCs w:val="24"/>
              </w:rPr>
              <w:t>申請日期</w:t>
            </w:r>
          </w:p>
        </w:tc>
        <w:tc>
          <w:tcPr>
            <w:tcW w:w="2976" w:type="dxa"/>
            <w:shd w:val="clear" w:color="auto" w:fill="auto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F0AFEF2" w14:textId="77777777" w:rsidR="007561A3" w:rsidRPr="00F639D6" w:rsidRDefault="0000000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</w:rPr>
              <w:t>115</w:t>
            </w:r>
            <w:proofErr w:type="gramStart"/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</w:rPr>
              <w:t>年　　月</w:t>
            </w:r>
            <w:proofErr w:type="gramEnd"/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</w:rPr>
              <w:t xml:space="preserve">　　日</w:t>
            </w:r>
          </w:p>
        </w:tc>
      </w:tr>
      <w:tr w:rsidR="007561A3" w:rsidRPr="00F639D6" w14:paraId="5F90C75D" w14:textId="77777777" w:rsidTr="00FE5240">
        <w:trPr>
          <w:trHeight w:val="431"/>
          <w:jc w:val="center"/>
        </w:trPr>
        <w:tc>
          <w:tcPr>
            <w:tcW w:w="1786" w:type="dxa"/>
            <w:shd w:val="clear" w:color="auto" w:fill="auto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4A1FE5B" w14:textId="77777777" w:rsidR="007561A3" w:rsidRPr="00F639D6" w:rsidRDefault="0000000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F639D6">
              <w:rPr>
                <w:rFonts w:ascii="標楷體" w:eastAsia="標楷體" w:hAnsi="標楷體"/>
                <w:b/>
                <w:color w:val="2C3E50"/>
                <w:sz w:val="24"/>
                <w:szCs w:val="24"/>
              </w:rPr>
              <w:t>目前學籍</w:t>
            </w:r>
          </w:p>
        </w:tc>
        <w:tc>
          <w:tcPr>
            <w:tcW w:w="7738" w:type="dxa"/>
            <w:gridSpan w:val="3"/>
            <w:shd w:val="clear" w:color="auto" w:fill="auto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5A7C081" w14:textId="77777777" w:rsidR="007561A3" w:rsidRPr="00F639D6" w:rsidRDefault="0000000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□ 在學（申請日須具本校在學身分）</w:t>
            </w:r>
          </w:p>
        </w:tc>
      </w:tr>
    </w:tbl>
    <w:p w14:paraId="503D24F5" w14:textId="77777777" w:rsidR="007561A3" w:rsidRPr="00F639D6" w:rsidRDefault="007561A3">
      <w:pPr>
        <w:spacing w:after="60" w:line="274" w:lineRule="auto"/>
        <w:rPr>
          <w:rFonts w:ascii="標楷體" w:eastAsia="標楷體" w:hAnsi="標楷體"/>
          <w:sz w:val="24"/>
          <w:szCs w:val="24"/>
          <w:lang w:eastAsia="zh-T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1786"/>
        <w:gridCol w:w="2976"/>
        <w:gridCol w:w="1478"/>
        <w:gridCol w:w="3284"/>
      </w:tblGrid>
      <w:tr w:rsidR="007561A3" w:rsidRPr="00F639D6" w14:paraId="595A0AAA" w14:textId="77777777" w:rsidTr="00FE5240">
        <w:trPr>
          <w:trHeight w:val="363"/>
          <w:jc w:val="center"/>
        </w:trPr>
        <w:tc>
          <w:tcPr>
            <w:tcW w:w="9524" w:type="dxa"/>
            <w:gridSpan w:val="4"/>
            <w:shd w:val="clear" w:color="auto" w:fill="F2F2F2" w:themeFill="background1" w:themeFillShade="F2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4BFB39A" w14:textId="77777777" w:rsidR="007561A3" w:rsidRPr="00AA24A6" w:rsidRDefault="00000000">
            <w:pPr>
              <w:spacing w:after="0" w:line="274" w:lineRule="auto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AA24A6">
              <w:rPr>
                <w:rFonts w:ascii="標楷體" w:eastAsia="標楷體" w:hAnsi="標楷體"/>
                <w:b/>
                <w:color w:val="16324F"/>
                <w:sz w:val="28"/>
                <w:szCs w:val="28"/>
              </w:rPr>
              <w:t>二、證照資訊</w:t>
            </w:r>
            <w:proofErr w:type="spellEnd"/>
          </w:p>
        </w:tc>
      </w:tr>
      <w:tr w:rsidR="007561A3" w:rsidRPr="00F639D6" w14:paraId="3BE3BD2E" w14:textId="77777777" w:rsidTr="00FE5240">
        <w:trPr>
          <w:trHeight w:val="578"/>
          <w:jc w:val="center"/>
        </w:trPr>
        <w:tc>
          <w:tcPr>
            <w:tcW w:w="1786" w:type="dxa"/>
            <w:shd w:val="clear" w:color="auto" w:fill="FFFFFF" w:themeFill="background1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E57EEED" w14:textId="77777777" w:rsidR="007561A3" w:rsidRPr="00F639D6" w:rsidRDefault="0000000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F639D6">
              <w:rPr>
                <w:rFonts w:ascii="標楷體" w:eastAsia="標楷體" w:hAnsi="標楷體"/>
                <w:b/>
                <w:color w:val="2C3E50"/>
                <w:sz w:val="24"/>
                <w:szCs w:val="24"/>
              </w:rPr>
              <w:t>證照類別</w:t>
            </w:r>
            <w:proofErr w:type="spellEnd"/>
          </w:p>
        </w:tc>
        <w:tc>
          <w:tcPr>
            <w:tcW w:w="2976" w:type="dxa"/>
            <w:shd w:val="clear" w:color="auto" w:fill="FFFFFF" w:themeFill="background1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E75EBC4" w14:textId="77777777" w:rsidR="007561A3" w:rsidRPr="00F639D6" w:rsidRDefault="00000000">
            <w:pPr>
              <w:spacing w:after="20" w:line="269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□ 全國技術士技能檢定</w:t>
            </w:r>
          </w:p>
          <w:p w14:paraId="4CE286CF" w14:textId="67100250" w:rsidR="007561A3" w:rsidRPr="00F639D6" w:rsidRDefault="00000000">
            <w:pPr>
              <w:spacing w:after="0" w:line="269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□ 國家考試</w:t>
            </w:r>
          </w:p>
        </w:tc>
        <w:tc>
          <w:tcPr>
            <w:tcW w:w="1478" w:type="dxa"/>
            <w:shd w:val="clear" w:color="auto" w:fill="FFFFFF" w:themeFill="background1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95A8D6A" w14:textId="77777777" w:rsidR="007561A3" w:rsidRPr="00F639D6" w:rsidRDefault="0000000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F639D6">
              <w:rPr>
                <w:rFonts w:ascii="標楷體" w:eastAsia="標楷體" w:hAnsi="標楷體"/>
                <w:b/>
                <w:color w:val="2C3E50"/>
                <w:sz w:val="24"/>
                <w:szCs w:val="24"/>
              </w:rPr>
              <w:t>發證單位</w:t>
            </w:r>
            <w:proofErr w:type="spellEnd"/>
          </w:p>
        </w:tc>
        <w:tc>
          <w:tcPr>
            <w:tcW w:w="3284" w:type="dxa"/>
            <w:shd w:val="clear" w:color="auto" w:fill="FFFFFF" w:themeFill="background1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1EFE9A9" w14:textId="77777777" w:rsidR="007561A3" w:rsidRPr="00F639D6" w:rsidRDefault="0000000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</w:rPr>
              <w:t>□ 勞動部　□ 考選部</w:t>
            </w:r>
          </w:p>
        </w:tc>
      </w:tr>
      <w:tr w:rsidR="007561A3" w:rsidRPr="00F639D6" w14:paraId="463235FE" w14:textId="77777777" w:rsidTr="00FE5240">
        <w:trPr>
          <w:trHeight w:val="442"/>
          <w:jc w:val="center"/>
        </w:trPr>
        <w:tc>
          <w:tcPr>
            <w:tcW w:w="1786" w:type="dxa"/>
            <w:shd w:val="clear" w:color="auto" w:fill="FFFFFF" w:themeFill="background1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ADD5DD0" w14:textId="77777777" w:rsidR="007561A3" w:rsidRPr="00F639D6" w:rsidRDefault="0000000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F639D6">
              <w:rPr>
                <w:rFonts w:ascii="標楷體" w:eastAsia="標楷體" w:hAnsi="標楷體"/>
                <w:b/>
                <w:color w:val="2C3E50"/>
                <w:sz w:val="24"/>
                <w:szCs w:val="24"/>
              </w:rPr>
              <w:t>證照名稱</w:t>
            </w:r>
          </w:p>
        </w:tc>
        <w:tc>
          <w:tcPr>
            <w:tcW w:w="2976" w:type="dxa"/>
            <w:shd w:val="clear" w:color="auto" w:fill="FFFFFF" w:themeFill="background1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964AEB6" w14:textId="77777777" w:rsidR="007561A3" w:rsidRPr="00F639D6" w:rsidRDefault="007561A3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78" w:type="dxa"/>
            <w:shd w:val="clear" w:color="auto" w:fill="FFFFFF" w:themeFill="background1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68F2DCB" w14:textId="5F658C1F" w:rsidR="007561A3" w:rsidRPr="00F639D6" w:rsidRDefault="003E10B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F639D6">
              <w:rPr>
                <w:rFonts w:ascii="標楷體" w:eastAsia="標楷體" w:hAnsi="標楷體"/>
                <w:b/>
                <w:color w:val="2C3E50"/>
                <w:sz w:val="24"/>
                <w:szCs w:val="24"/>
              </w:rPr>
              <w:t>證照號碼</w:t>
            </w:r>
            <w:proofErr w:type="spellEnd"/>
          </w:p>
        </w:tc>
        <w:tc>
          <w:tcPr>
            <w:tcW w:w="3284" w:type="dxa"/>
            <w:shd w:val="clear" w:color="auto" w:fill="FFFFFF" w:themeFill="background1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DDCAEFE" w14:textId="767D0E9D" w:rsidR="007561A3" w:rsidRPr="008E3502" w:rsidRDefault="007561A3">
            <w:pPr>
              <w:spacing w:after="0" w:line="274" w:lineRule="auto"/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</w:pPr>
          </w:p>
        </w:tc>
      </w:tr>
      <w:tr w:rsidR="007561A3" w:rsidRPr="00F639D6" w14:paraId="755423E6" w14:textId="77777777" w:rsidTr="00FE5240">
        <w:trPr>
          <w:trHeight w:val="442"/>
          <w:jc w:val="center"/>
        </w:trPr>
        <w:tc>
          <w:tcPr>
            <w:tcW w:w="1786" w:type="dxa"/>
            <w:shd w:val="clear" w:color="auto" w:fill="FFFFFF" w:themeFill="background1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F4E2486" w14:textId="77777777" w:rsidR="007561A3" w:rsidRPr="00F639D6" w:rsidRDefault="0000000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F639D6">
              <w:rPr>
                <w:rFonts w:ascii="標楷體" w:eastAsia="標楷體" w:hAnsi="標楷體"/>
                <w:b/>
                <w:color w:val="2C3E50"/>
                <w:sz w:val="24"/>
                <w:szCs w:val="24"/>
              </w:rPr>
              <w:t>考試日期</w:t>
            </w:r>
            <w:proofErr w:type="spellEnd"/>
          </w:p>
        </w:tc>
        <w:tc>
          <w:tcPr>
            <w:tcW w:w="2976" w:type="dxa"/>
            <w:shd w:val="clear" w:color="auto" w:fill="FFFFFF" w:themeFill="background1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3DBD496" w14:textId="77777777" w:rsidR="007561A3" w:rsidRPr="00F639D6" w:rsidRDefault="0000000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</w:rPr>
              <w:t>115</w:t>
            </w:r>
            <w:proofErr w:type="gramStart"/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</w:rPr>
              <w:t>年　　月</w:t>
            </w:r>
            <w:proofErr w:type="gramEnd"/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</w:rPr>
              <w:t xml:space="preserve">　　日</w:t>
            </w:r>
          </w:p>
        </w:tc>
        <w:tc>
          <w:tcPr>
            <w:tcW w:w="1478" w:type="dxa"/>
            <w:shd w:val="clear" w:color="auto" w:fill="FFFFFF" w:themeFill="background1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3776943" w14:textId="5E0B4814" w:rsidR="007561A3" w:rsidRPr="00F639D6" w:rsidRDefault="0000000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F639D6">
              <w:rPr>
                <w:rFonts w:ascii="標楷體" w:eastAsia="標楷體" w:hAnsi="標楷體"/>
                <w:b/>
                <w:color w:val="2C3E50"/>
                <w:sz w:val="24"/>
                <w:szCs w:val="24"/>
              </w:rPr>
              <w:t>證照日</w:t>
            </w:r>
            <w:proofErr w:type="spellEnd"/>
            <w:r w:rsidR="008E3502">
              <w:rPr>
                <w:rFonts w:ascii="標楷體" w:eastAsia="標楷體" w:hAnsi="標楷體" w:hint="eastAsia"/>
                <w:b/>
                <w:color w:val="2C3E50"/>
                <w:sz w:val="24"/>
                <w:szCs w:val="24"/>
                <w:lang w:eastAsia="zh-TW"/>
              </w:rPr>
              <w:t>期</w:t>
            </w:r>
          </w:p>
        </w:tc>
        <w:tc>
          <w:tcPr>
            <w:tcW w:w="3284" w:type="dxa"/>
            <w:shd w:val="clear" w:color="auto" w:fill="FFFFFF" w:themeFill="background1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70E2952" w14:textId="77777777" w:rsidR="007561A3" w:rsidRPr="00F639D6" w:rsidRDefault="0000000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</w:rPr>
              <w:t>115</w:t>
            </w:r>
            <w:proofErr w:type="gramStart"/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</w:rPr>
              <w:t>年　　月</w:t>
            </w:r>
            <w:proofErr w:type="gramEnd"/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</w:rPr>
              <w:t xml:space="preserve">　　日</w:t>
            </w:r>
          </w:p>
        </w:tc>
      </w:tr>
      <w:tr w:rsidR="003E10B0" w:rsidRPr="00F639D6" w14:paraId="00380278" w14:textId="77777777" w:rsidTr="00FE5240">
        <w:trPr>
          <w:trHeight w:val="578"/>
          <w:jc w:val="center"/>
        </w:trPr>
        <w:tc>
          <w:tcPr>
            <w:tcW w:w="1786" w:type="dxa"/>
            <w:shd w:val="clear" w:color="auto" w:fill="FFFFFF" w:themeFill="background1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7F22B29" w14:textId="4B5B9DEC" w:rsidR="003E10B0" w:rsidRPr="00F639D6" w:rsidRDefault="003E10B0" w:rsidP="003E10B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  <w:proofErr w:type="spellStart"/>
            <w:r w:rsidRPr="00F639D6">
              <w:rPr>
                <w:rFonts w:ascii="標楷體" w:eastAsia="標楷體" w:hAnsi="標楷體"/>
                <w:b/>
                <w:color w:val="2C3E50"/>
                <w:sz w:val="24"/>
                <w:szCs w:val="24"/>
              </w:rPr>
              <w:t>證照級別</w:t>
            </w:r>
            <w:proofErr w:type="spellEnd"/>
          </w:p>
        </w:tc>
        <w:tc>
          <w:tcPr>
            <w:tcW w:w="7738" w:type="dxa"/>
            <w:gridSpan w:val="3"/>
            <w:shd w:val="clear" w:color="auto" w:fill="FFFFFF" w:themeFill="background1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C407792" w14:textId="09652659" w:rsidR="003E10B0" w:rsidRPr="00242516" w:rsidRDefault="003E10B0" w:rsidP="00242516">
            <w:pPr>
              <w:spacing w:after="0" w:line="274" w:lineRule="auto"/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</w:pPr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□ A級　□ B級　□ C級</w:t>
            </w:r>
            <w:r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 xml:space="preserve">  </w:t>
            </w:r>
            <w:r w:rsidRPr="008E3502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□ 本證照／考試未區分級別</w:t>
            </w:r>
          </w:p>
        </w:tc>
      </w:tr>
    </w:tbl>
    <w:p w14:paraId="5734C2CD" w14:textId="77777777" w:rsidR="00AA24A6" w:rsidRPr="00F639D6" w:rsidRDefault="00AA24A6">
      <w:pPr>
        <w:rPr>
          <w:rFonts w:ascii="標楷體" w:eastAsia="標楷體" w:hAnsi="標楷體"/>
          <w:sz w:val="24"/>
          <w:szCs w:val="24"/>
          <w:lang w:eastAsia="zh-T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"/>
        <w:gridCol w:w="4252"/>
        <w:gridCol w:w="510"/>
        <w:gridCol w:w="4252"/>
      </w:tblGrid>
      <w:tr w:rsidR="007561A3" w:rsidRPr="00F639D6" w14:paraId="71583AF4" w14:textId="77777777" w:rsidTr="00FE5240">
        <w:trPr>
          <w:trHeight w:val="363"/>
          <w:jc w:val="center"/>
        </w:trPr>
        <w:tc>
          <w:tcPr>
            <w:tcW w:w="9524" w:type="dxa"/>
            <w:gridSpan w:val="4"/>
            <w:shd w:val="clear" w:color="auto" w:fill="F2F2F2" w:themeFill="background1" w:themeFillShade="F2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43A082A" w14:textId="32EA7D40" w:rsidR="007561A3" w:rsidRPr="00AA24A6" w:rsidRDefault="006936EB">
            <w:pPr>
              <w:spacing w:after="0" w:line="274" w:lineRule="auto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16324F"/>
                <w:sz w:val="28"/>
                <w:szCs w:val="28"/>
                <w:lang w:eastAsia="zh-TW"/>
              </w:rPr>
              <w:t>三</w:t>
            </w:r>
            <w:r w:rsidRPr="00AA24A6">
              <w:rPr>
                <w:rFonts w:ascii="標楷體" w:eastAsia="標楷體" w:hAnsi="標楷體"/>
                <w:b/>
                <w:color w:val="16324F"/>
                <w:sz w:val="28"/>
                <w:szCs w:val="28"/>
              </w:rPr>
              <w:t>、</w:t>
            </w:r>
            <w:proofErr w:type="spellStart"/>
            <w:r w:rsidRPr="00AA24A6">
              <w:rPr>
                <w:rFonts w:ascii="標楷體" w:eastAsia="標楷體" w:hAnsi="標楷體"/>
                <w:b/>
                <w:color w:val="16324F"/>
                <w:sz w:val="28"/>
                <w:szCs w:val="28"/>
              </w:rPr>
              <w:t>應備文件檢核</w:t>
            </w:r>
            <w:proofErr w:type="spellEnd"/>
          </w:p>
        </w:tc>
      </w:tr>
      <w:tr w:rsidR="007561A3" w:rsidRPr="00F639D6" w14:paraId="4022FA73" w14:textId="77777777" w:rsidTr="00FE5240">
        <w:trPr>
          <w:trHeight w:val="380"/>
          <w:jc w:val="center"/>
        </w:trPr>
        <w:tc>
          <w:tcPr>
            <w:tcW w:w="510" w:type="dxa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0DA919C" w14:textId="77777777" w:rsidR="007561A3" w:rsidRPr="00F639D6" w:rsidRDefault="00000000">
            <w:pPr>
              <w:spacing w:after="0" w:line="274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4252" w:type="dxa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C10E7F6" w14:textId="77777777" w:rsidR="007561A3" w:rsidRPr="00F639D6" w:rsidRDefault="0000000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申請表（含切結及簽名）</w:t>
            </w:r>
          </w:p>
        </w:tc>
        <w:tc>
          <w:tcPr>
            <w:tcW w:w="510" w:type="dxa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F9F9D7C" w14:textId="77777777" w:rsidR="007561A3" w:rsidRPr="00F639D6" w:rsidRDefault="00000000">
            <w:pPr>
              <w:spacing w:after="0" w:line="274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4252" w:type="dxa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9698512" w14:textId="3BC55696" w:rsidR="007561A3" w:rsidRPr="00F639D6" w:rsidRDefault="003E10B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  <w:bookmarkStart w:id="0" w:name="_Hlk240466965"/>
            <w:r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學生證電子檔</w:t>
            </w:r>
            <w:bookmarkEnd w:id="0"/>
          </w:p>
        </w:tc>
      </w:tr>
      <w:tr w:rsidR="007561A3" w:rsidRPr="00F639D6" w14:paraId="2C218B82" w14:textId="77777777" w:rsidTr="00FE5240">
        <w:trPr>
          <w:trHeight w:val="380"/>
          <w:jc w:val="center"/>
        </w:trPr>
        <w:tc>
          <w:tcPr>
            <w:tcW w:w="510" w:type="dxa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8EEF1BC" w14:textId="77777777" w:rsidR="007561A3" w:rsidRPr="00F639D6" w:rsidRDefault="00000000">
            <w:pPr>
              <w:spacing w:after="0" w:line="274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4252" w:type="dxa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1BC789D" w14:textId="43E9841A" w:rsidR="007561A3" w:rsidRPr="00F639D6" w:rsidRDefault="0000000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bookmarkStart w:id="1" w:name="_Hlk240466974"/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專業證照</w:t>
            </w:r>
            <w:r w:rsidR="003E10B0"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電子檔</w:t>
            </w:r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（另備正本供查驗）</w:t>
            </w:r>
            <w:bookmarkEnd w:id="1"/>
          </w:p>
        </w:tc>
        <w:tc>
          <w:tcPr>
            <w:tcW w:w="510" w:type="dxa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66BE52B" w14:textId="77777777" w:rsidR="007561A3" w:rsidRPr="00F639D6" w:rsidRDefault="00000000">
            <w:pPr>
              <w:spacing w:after="0" w:line="274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4252" w:type="dxa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4437D10" w14:textId="26C25D73" w:rsidR="007561A3" w:rsidRPr="00F639D6" w:rsidRDefault="0000000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bookmarkStart w:id="2" w:name="_Hlk240466987"/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</w:rPr>
              <w:t>獎懲紀錄</w:t>
            </w:r>
            <w:r w:rsidR="003E10B0">
              <w:rPr>
                <w:rFonts w:ascii="標楷體" w:eastAsia="標楷體" w:hAnsi="標楷體" w:hint="eastAsia"/>
                <w:color w:val="000000"/>
                <w:sz w:val="24"/>
                <w:szCs w:val="24"/>
                <w:lang w:eastAsia="zh-TW"/>
              </w:rPr>
              <w:t>（114-1、114-2）</w:t>
            </w:r>
            <w:bookmarkEnd w:id="2"/>
          </w:p>
        </w:tc>
      </w:tr>
      <w:tr w:rsidR="007561A3" w:rsidRPr="00F639D6" w14:paraId="757E1100" w14:textId="77777777" w:rsidTr="00FE5240">
        <w:trPr>
          <w:trHeight w:val="380"/>
          <w:jc w:val="center"/>
        </w:trPr>
        <w:tc>
          <w:tcPr>
            <w:tcW w:w="510" w:type="dxa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DF1B2A6" w14:textId="77777777" w:rsidR="007561A3" w:rsidRPr="00F639D6" w:rsidRDefault="00000000">
            <w:pPr>
              <w:spacing w:after="0" w:line="274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4252" w:type="dxa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C5F5B87" w14:textId="77777777" w:rsidR="007561A3" w:rsidRPr="00F639D6" w:rsidRDefault="0000000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</w:rPr>
            </w:pPr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</w:rPr>
              <w:t>考照心得</w:t>
            </w:r>
          </w:p>
        </w:tc>
        <w:tc>
          <w:tcPr>
            <w:tcW w:w="510" w:type="dxa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1471FFC" w14:textId="77777777" w:rsidR="007561A3" w:rsidRPr="00F639D6" w:rsidRDefault="00000000">
            <w:pPr>
              <w:spacing w:after="0" w:line="274" w:lineRule="auto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</w:rPr>
              <w:t>□</w:t>
            </w:r>
          </w:p>
        </w:tc>
        <w:tc>
          <w:tcPr>
            <w:tcW w:w="4252" w:type="dxa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0A2ED80" w14:textId="7224A218" w:rsidR="007561A3" w:rsidRPr="00F639D6" w:rsidRDefault="00000000">
            <w:pPr>
              <w:spacing w:after="0" w:line="274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639D6">
              <w:rPr>
                <w:rFonts w:ascii="標楷體" w:eastAsia="標楷體" w:hAnsi="標楷體"/>
                <w:color w:val="000000"/>
                <w:sz w:val="24"/>
                <w:szCs w:val="24"/>
                <w:lang w:eastAsia="zh-TW"/>
              </w:rPr>
              <w:t>其他佐證資料</w:t>
            </w:r>
          </w:p>
        </w:tc>
      </w:tr>
    </w:tbl>
    <w:p w14:paraId="005F3479" w14:textId="77777777" w:rsidR="007561A3" w:rsidRPr="00F639D6" w:rsidRDefault="007561A3">
      <w:pPr>
        <w:spacing w:after="60" w:line="274" w:lineRule="auto"/>
        <w:rPr>
          <w:rFonts w:ascii="標楷體" w:eastAsia="標楷體" w:hAnsi="標楷體"/>
          <w:sz w:val="24"/>
          <w:szCs w:val="24"/>
          <w:lang w:eastAsia="zh-TW"/>
        </w:rPr>
      </w:pPr>
    </w:p>
    <w:p w14:paraId="10F343C8" w14:textId="77777777" w:rsidR="006936EB" w:rsidRDefault="006936EB">
      <w:pPr>
        <w:rPr>
          <w:rFonts w:eastAsia="新細明體"/>
          <w:lang w:eastAsia="zh-TW"/>
        </w:rPr>
      </w:pPr>
    </w:p>
    <w:p w14:paraId="2942CAF4" w14:textId="77777777" w:rsidR="00FE5240" w:rsidRDefault="00FE5240">
      <w:pPr>
        <w:rPr>
          <w:rFonts w:eastAsia="新細明體"/>
          <w:lang w:eastAsia="zh-TW"/>
        </w:rPr>
      </w:pPr>
    </w:p>
    <w:p w14:paraId="3B30AA11" w14:textId="77777777" w:rsidR="00FE5240" w:rsidRDefault="00FE5240">
      <w:pPr>
        <w:rPr>
          <w:rFonts w:eastAsia="新細明體"/>
          <w:lang w:eastAsia="zh-TW"/>
        </w:rPr>
      </w:pPr>
    </w:p>
    <w:p w14:paraId="71E93382" w14:textId="77777777" w:rsidR="00FE5240" w:rsidRDefault="00FE5240">
      <w:pPr>
        <w:rPr>
          <w:rFonts w:eastAsia="新細明體" w:hint="eastAsia"/>
          <w:lang w:eastAsia="zh-TW"/>
        </w:rPr>
      </w:pPr>
    </w:p>
    <w:p w14:paraId="204858BB" w14:textId="77777777" w:rsidR="006936EB" w:rsidRDefault="006936EB">
      <w:pPr>
        <w:rPr>
          <w:rFonts w:eastAsia="新細明體" w:hint="eastAsia"/>
          <w:lang w:eastAsia="zh-TW"/>
        </w:rPr>
      </w:pPr>
    </w:p>
    <w:p w14:paraId="351E570F" w14:textId="77777777" w:rsidR="006936EB" w:rsidRDefault="006936EB">
      <w:pPr>
        <w:rPr>
          <w:rFonts w:eastAsia="新細明體" w:hint="eastAsia"/>
          <w:lang w:eastAsia="zh-TW"/>
        </w:rPr>
      </w:pPr>
    </w:p>
    <w:p w14:paraId="48F4EF1D" w14:textId="77777777" w:rsidR="006936EB" w:rsidRDefault="006936EB">
      <w:pPr>
        <w:rPr>
          <w:rFonts w:eastAsia="新細明體" w:hint="eastAsia"/>
          <w:lang w:eastAsia="zh-TW"/>
        </w:rPr>
      </w:pPr>
    </w:p>
    <w:tbl>
      <w:tblPr>
        <w:tblpPr w:leftFromText="180" w:rightFromText="180" w:vertAnchor="page" w:horzAnchor="margin" w:tblpY="22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43"/>
      </w:tblGrid>
      <w:tr w:rsidR="00242516" w:rsidRPr="00FE5240" w14:paraId="3577B839" w14:textId="77777777" w:rsidTr="00FE5240">
        <w:trPr>
          <w:trHeight w:val="363"/>
        </w:trPr>
        <w:tc>
          <w:tcPr>
            <w:tcW w:w="10043" w:type="dxa"/>
            <w:shd w:val="clear" w:color="auto" w:fill="F2F2F2" w:themeFill="background1" w:themeFillShade="F2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85DE71B" w14:textId="77777777" w:rsidR="00242516" w:rsidRPr="00FE5240" w:rsidRDefault="00242516" w:rsidP="00242516">
            <w:pPr>
              <w:spacing w:after="0" w:line="252" w:lineRule="auto"/>
              <w:rPr>
                <w:rFonts w:ascii="標楷體" w:eastAsia="標楷體" w:hAnsi="標楷體"/>
                <w:lang w:eastAsia="zh-TW"/>
              </w:rPr>
            </w:pPr>
            <w:r w:rsidRPr="00FE5240">
              <w:rPr>
                <w:rFonts w:ascii="標楷體" w:eastAsia="標楷體" w:hAnsi="標楷體" w:hint="eastAsia"/>
                <w:b/>
                <w:color w:val="16324F"/>
                <w:sz w:val="28"/>
                <w:szCs w:val="28"/>
                <w:lang w:eastAsia="zh-TW"/>
              </w:rPr>
              <w:t>四、申請人聲明及切結</w:t>
            </w:r>
          </w:p>
        </w:tc>
      </w:tr>
      <w:tr w:rsidR="00242516" w:rsidRPr="00FE5240" w14:paraId="422114DB" w14:textId="77777777" w:rsidTr="00FE5240">
        <w:trPr>
          <w:trHeight w:val="363"/>
        </w:trPr>
        <w:tc>
          <w:tcPr>
            <w:tcW w:w="10043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4CE32C23" w14:textId="77777777" w:rsidR="00242516" w:rsidRPr="00FE5240" w:rsidRDefault="00242516" w:rsidP="00242516">
            <w:pPr>
              <w:spacing w:after="0" w:line="252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E5240">
              <w:rPr>
                <w:rFonts w:ascii="標楷體" w:eastAsia="標楷體" w:hAnsi="標楷體"/>
                <w:sz w:val="24"/>
                <w:szCs w:val="24"/>
                <w:lang w:eastAsia="zh-TW"/>
              </w:rPr>
              <w:t xml:space="preserve">□ </w:t>
            </w:r>
            <w:r w:rsidRPr="00FE5240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本人於考試日、證照取得日及提出申請時，</w:t>
            </w:r>
            <w:proofErr w:type="gramStart"/>
            <w:r w:rsidRPr="00FE5240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均具本校</w:t>
            </w:r>
            <w:proofErr w:type="gramEnd"/>
            <w:r w:rsidRPr="00FE5240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在學學生身分，且非在職專班學生。</w:t>
            </w:r>
          </w:p>
        </w:tc>
      </w:tr>
      <w:tr w:rsidR="00242516" w:rsidRPr="00FE5240" w14:paraId="03062DEF" w14:textId="77777777" w:rsidTr="00FE5240">
        <w:trPr>
          <w:trHeight w:val="363"/>
        </w:trPr>
        <w:tc>
          <w:tcPr>
            <w:tcW w:w="10043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A29DCBE" w14:textId="77777777" w:rsidR="00242516" w:rsidRPr="00FE5240" w:rsidRDefault="00242516" w:rsidP="00242516">
            <w:pPr>
              <w:spacing w:after="0" w:line="252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E5240">
              <w:rPr>
                <w:rFonts w:ascii="標楷體" w:eastAsia="標楷體" w:hAnsi="標楷體"/>
                <w:sz w:val="24"/>
                <w:szCs w:val="24"/>
                <w:lang w:eastAsia="zh-TW"/>
              </w:rPr>
              <w:t xml:space="preserve">□ </w:t>
            </w:r>
            <w:r w:rsidRPr="00FE5240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本次申請之專業證照，未向本校其他單位重複申請獎勵或補助。</w:t>
            </w:r>
          </w:p>
        </w:tc>
      </w:tr>
      <w:tr w:rsidR="00242516" w:rsidRPr="00FE5240" w14:paraId="2FDE961B" w14:textId="77777777" w:rsidTr="00FE5240">
        <w:trPr>
          <w:trHeight w:val="363"/>
        </w:trPr>
        <w:tc>
          <w:tcPr>
            <w:tcW w:w="10043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1F1CD330" w14:textId="77777777" w:rsidR="00242516" w:rsidRPr="00FE5240" w:rsidRDefault="00242516" w:rsidP="00242516">
            <w:pPr>
              <w:spacing w:after="0" w:line="252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E5240">
              <w:rPr>
                <w:rFonts w:ascii="標楷體" w:eastAsia="標楷體" w:hAnsi="標楷體"/>
                <w:sz w:val="24"/>
                <w:szCs w:val="24"/>
                <w:lang w:eastAsia="zh-TW"/>
              </w:rPr>
              <w:t xml:space="preserve">□ </w:t>
            </w:r>
            <w:r w:rsidRPr="00FE5240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本人所填資料及檢附文件均屬實，並已備妥證照正本或原始電子證明，必要時願配合查驗。</w:t>
            </w:r>
          </w:p>
        </w:tc>
      </w:tr>
      <w:tr w:rsidR="00242516" w:rsidRPr="00FE5240" w14:paraId="474CE307" w14:textId="77777777" w:rsidTr="00FE5240">
        <w:trPr>
          <w:trHeight w:val="363"/>
        </w:trPr>
        <w:tc>
          <w:tcPr>
            <w:tcW w:w="10043" w:type="dxa"/>
            <w:shd w:val="clear" w:color="auto" w:fill="FAFAF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9316719" w14:textId="77777777" w:rsidR="00242516" w:rsidRPr="00FE5240" w:rsidRDefault="00242516" w:rsidP="00242516">
            <w:pPr>
              <w:spacing w:after="0" w:line="252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E5240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如有資料不實、偽造、重複申請或其他不符規定之情事，本人同意依相關規定取消獎勵資格；已核發獎勵金者，並同意繳回。</w:t>
            </w:r>
          </w:p>
        </w:tc>
      </w:tr>
      <w:tr w:rsidR="00242516" w:rsidRPr="00FE5240" w14:paraId="1B86472C" w14:textId="77777777" w:rsidTr="00FE5240">
        <w:trPr>
          <w:trHeight w:val="1125"/>
        </w:trPr>
        <w:tc>
          <w:tcPr>
            <w:tcW w:w="10043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BAE5F2E" w14:textId="77777777" w:rsidR="00242516" w:rsidRPr="00FE5240" w:rsidRDefault="00242516" w:rsidP="00FE5240">
            <w:pPr>
              <w:spacing w:after="0" w:line="252" w:lineRule="auto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FE5240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申請人簽名：</w:t>
            </w:r>
            <w:r w:rsidRPr="00FE5240">
              <w:rPr>
                <w:rFonts w:ascii="標楷體" w:eastAsia="標楷體" w:hAnsi="標楷體"/>
                <w:sz w:val="24"/>
                <w:szCs w:val="24"/>
                <w:lang w:eastAsia="zh-TW"/>
              </w:rPr>
              <w:t>____________________________</w:t>
            </w:r>
            <w:r w:rsidRPr="00FE5240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 xml:space="preserve">　　　　日期：</w:t>
            </w:r>
            <w:r w:rsidRPr="00FE5240">
              <w:rPr>
                <w:rFonts w:ascii="標楷體" w:eastAsia="標楷體" w:hAnsi="標楷體"/>
                <w:sz w:val="24"/>
                <w:szCs w:val="24"/>
                <w:lang w:eastAsia="zh-TW"/>
              </w:rPr>
              <w:t>115</w:t>
            </w:r>
            <w:r w:rsidRPr="00FE5240">
              <w:rPr>
                <w:rFonts w:ascii="標楷體" w:eastAsia="標楷體" w:hAnsi="標楷體" w:cs="新細明體" w:hint="eastAsia"/>
                <w:sz w:val="24"/>
                <w:szCs w:val="24"/>
                <w:lang w:eastAsia="zh-TW"/>
              </w:rPr>
              <w:t>年　　月　　日</w:t>
            </w:r>
          </w:p>
        </w:tc>
      </w:tr>
    </w:tbl>
    <w:p w14:paraId="3393E0E5" w14:textId="77777777" w:rsidR="006936EB" w:rsidRPr="006936EB" w:rsidRDefault="006936EB">
      <w:pPr>
        <w:rPr>
          <w:rFonts w:eastAsia="新細明體" w:hint="eastAsia"/>
          <w:lang w:eastAsia="zh-TW"/>
        </w:rPr>
      </w:pPr>
    </w:p>
    <w:sectPr w:rsidR="006936EB" w:rsidRPr="006936EB" w:rsidSect="00034616">
      <w:headerReference w:type="default" r:id="rId8"/>
      <w:pgSz w:w="12240" w:h="15840"/>
      <w:pgMar w:top="680" w:right="794" w:bottom="680" w:left="794" w:header="720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D5A13" w14:textId="77777777" w:rsidR="005971E8" w:rsidRDefault="005971E8">
      <w:pPr>
        <w:spacing w:after="0" w:line="240" w:lineRule="auto"/>
      </w:pPr>
      <w:r>
        <w:separator/>
      </w:r>
    </w:p>
  </w:endnote>
  <w:endnote w:type="continuationSeparator" w:id="0">
    <w:p w14:paraId="063FFB01" w14:textId="77777777" w:rsidR="005971E8" w:rsidRDefault="00597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T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E09FB" w14:textId="77777777" w:rsidR="005971E8" w:rsidRDefault="005971E8">
      <w:pPr>
        <w:spacing w:after="0" w:line="240" w:lineRule="auto"/>
      </w:pPr>
      <w:r>
        <w:separator/>
      </w:r>
    </w:p>
  </w:footnote>
  <w:footnote w:type="continuationSeparator" w:id="0">
    <w:p w14:paraId="0DBD2B2C" w14:textId="77777777" w:rsidR="005971E8" w:rsidRDefault="00597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35DCA" w14:textId="2A537B9E" w:rsidR="00AA24A6" w:rsidRDefault="00AA24A6">
    <w:pPr>
      <w:pStyle w:val="a5"/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5FBA260D" wp14:editId="0352AFC5">
          <wp:simplePos x="0" y="0"/>
          <wp:positionH relativeFrom="page">
            <wp:posOffset>504190</wp:posOffset>
          </wp:positionH>
          <wp:positionV relativeFrom="page">
            <wp:posOffset>457200</wp:posOffset>
          </wp:positionV>
          <wp:extent cx="1058544" cy="352396"/>
          <wp:effectExtent l="0" t="0" r="0" b="0"/>
          <wp:wrapNone/>
          <wp:docPr id="2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58544" cy="3523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8853548">
    <w:abstractNumId w:val="8"/>
  </w:num>
  <w:num w:numId="2" w16cid:durableId="1635283459">
    <w:abstractNumId w:val="6"/>
  </w:num>
  <w:num w:numId="3" w16cid:durableId="202061829">
    <w:abstractNumId w:val="5"/>
  </w:num>
  <w:num w:numId="4" w16cid:durableId="1560824991">
    <w:abstractNumId w:val="4"/>
  </w:num>
  <w:num w:numId="5" w16cid:durableId="1809081500">
    <w:abstractNumId w:val="7"/>
  </w:num>
  <w:num w:numId="6" w16cid:durableId="104615781">
    <w:abstractNumId w:val="3"/>
  </w:num>
  <w:num w:numId="7" w16cid:durableId="1803305165">
    <w:abstractNumId w:val="2"/>
  </w:num>
  <w:num w:numId="8" w16cid:durableId="1398242751">
    <w:abstractNumId w:val="1"/>
  </w:num>
  <w:num w:numId="9" w16cid:durableId="1873610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1664"/>
    <w:rsid w:val="000C686A"/>
    <w:rsid w:val="0015074B"/>
    <w:rsid w:val="00191382"/>
    <w:rsid w:val="001F6D9D"/>
    <w:rsid w:val="00222510"/>
    <w:rsid w:val="00242516"/>
    <w:rsid w:val="0029639D"/>
    <w:rsid w:val="003118E0"/>
    <w:rsid w:val="00326F90"/>
    <w:rsid w:val="003E10B0"/>
    <w:rsid w:val="00533388"/>
    <w:rsid w:val="005971E8"/>
    <w:rsid w:val="006475CF"/>
    <w:rsid w:val="006936EB"/>
    <w:rsid w:val="006C01F6"/>
    <w:rsid w:val="007561A3"/>
    <w:rsid w:val="008E3502"/>
    <w:rsid w:val="00AA1D8D"/>
    <w:rsid w:val="00AA24A6"/>
    <w:rsid w:val="00AD42F5"/>
    <w:rsid w:val="00B47730"/>
    <w:rsid w:val="00CB0664"/>
    <w:rsid w:val="00D20702"/>
    <w:rsid w:val="00F639D6"/>
    <w:rsid w:val="00FC693F"/>
    <w:rsid w:val="00FE5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AC0A20"/>
  <w14:defaultImageDpi w14:val="300"/>
  <w15:docId w15:val="{DF58B54C-4EB4-4A11-9642-828086AB5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oto Sans CJK TC" w:eastAsia="Noto Sans CJK TC" w:hAnsi="Noto Sans CJK TC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115年度獎勵學生考取專業證照申請表</dc:title>
  <dc:subject>國立臺灣藝術大學獎勵學生考取專業證照申請表</dc:subject>
  <dc:creator>python-docx</dc:creator>
  <cp:keywords/>
  <dc:description>generated by python-docx</dc:description>
  <cp:lastModifiedBy>林婉親</cp:lastModifiedBy>
  <cp:revision>8</cp:revision>
  <dcterms:created xsi:type="dcterms:W3CDTF">2026-09-16T05:35:00Z</dcterms:created>
  <dcterms:modified xsi:type="dcterms:W3CDTF">2026-09-17T00:50:00Z</dcterms:modified>
  <cp:category/>
</cp:coreProperties>
</file>